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Calibri" w:hAnsi="Calibri"/>
          <w:b/>
          <w:color w:val="2E74B5"/>
          <w:sz w:val="18"/>
        </w:rPr>
        <w:t>FORMATO DE APOYO</w:t>
      </w:r>
    </w:p>
    <w:p>
      <w:pPr>
        <w:spacing w:after="100"/>
      </w:pPr>
      <w:r>
        <w:rPr>
          <w:rFonts w:ascii="Calibri" w:hAnsi="Calibri"/>
          <w:b/>
          <w:color w:val="0B1F52"/>
          <w:sz w:val="44"/>
        </w:rPr>
        <w:t>Carta de solicitud de aval</w:t>
      </w:r>
    </w:p>
    <w:p>
      <w:pPr>
        <w:spacing w:after="280"/>
      </w:pPr>
      <w:r>
        <w:rPr>
          <w:rFonts w:ascii="Calibri" w:hAnsi="Calibri"/>
          <w:b w:val="0"/>
          <w:color w:val="596274"/>
          <w:sz w:val="20"/>
        </w:rPr>
        <w:t>Complete los campos y adjunte el archivo en la sección Trámites de la plataforma LASRA México.</w:t>
      </w:r>
    </w:p>
    <w:p>
      <w:r>
        <w:rPr>
          <w:rFonts w:ascii="Calibri" w:hAnsi="Calibri"/>
          <w:b/>
          <w:color w:val="0B1F52"/>
          <w:sz w:val="22"/>
        </w:rPr>
        <w:t>Dirigida a:</w:t>
      </w:r>
    </w:p>
    <w:p>
      <w:r>
        <w:t>Dr. Raúl Héctor González Pech</w:t>
        <w:br/>
        <w:t>Presidente de LASRA México</w:t>
      </w:r>
    </w:p>
    <w:p>
      <w:r>
        <w:rPr>
          <w:rFonts w:ascii="Calibri" w:hAnsi="Calibri"/>
          <w:b/>
          <w:color w:val="0B1F52"/>
          <w:sz w:val="22"/>
        </w:rPr>
        <w:t>Con copia para:</w:t>
      </w:r>
    </w:p>
    <w:p>
      <w:r>
        <w:t>Dr. Víctor Manuel Blanco Martínez · Comité de Avales</w:t>
        <w:br/>
        <w:t>Dr. Oscar Cuevas Cruz · Comité de Avales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Lugar y fecha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Nombre completo del curso, taller o diplomado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Fecha(s) y sede del evento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Motivo por el cual se solicita el aval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Calibri" w:hAnsi="Calibri"/>
          <w:b/>
          <w:color w:val="0B1F52"/>
          <w:sz w:val="20"/>
        </w:rPr>
        <w:t>Nombre, cargo y firma de la persona solicitante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Calibri" w:hAnsi="Calibri"/>
          <w:b w:val="0"/>
          <w:color w:val="AAB2BF"/>
          <w:sz w:val="1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596274"/>
        <w:sz w:val="16"/>
      </w:rPr>
      <w:t>Formato de apoyo para integrar el expediente digital. No sustituye la resolución del Comité de Avales.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438912" cy="43891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8912" cy="438912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b/>
        <w:color w:val="596274"/>
        <w:sz w:val="18"/>
      </w:rPr>
      <w:t xml:space="preserve">  LASRA México · Aval académico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